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Good Owners Dog Training</w:t>
      </w:r>
    </w:p>
    <w:p>
      <w:pPr>
        <w:pStyle w:val="Heading1"/>
      </w:pPr>
      <w:r>
        <w:t>Community Support Application Form</w:t>
      </w:r>
    </w:p>
    <w:p>
      <w:r>
        <w:t>Please complete this form as honestly as possible. This helps us understand your current situation, your dog's needs, and whether Community Support is the right fit.</w:t>
      </w:r>
    </w:p>
    <w:p>
      <w:pPr>
        <w:pStyle w:val="Heading2"/>
      </w:pPr>
      <w:r>
        <w:t>Your Details</w:t>
      </w:r>
    </w:p>
    <w:p>
      <w:pPr/>
      <w:r>
        <w:t>Full Name:</w:t>
      </w:r>
    </w:p>
    <w:p>
      <w:r>
        <w:br/>
        <w:br/>
      </w:r>
    </w:p>
    <w:p>
      <w:pPr/>
      <w:r>
        <w:t>Email Address:</w:t>
      </w:r>
    </w:p>
    <w:p>
      <w:r>
        <w:br/>
        <w:br/>
      </w:r>
    </w:p>
    <w:p>
      <w:pPr/>
      <w:r>
        <w:t>Phone Number:</w:t>
      </w:r>
    </w:p>
    <w:p>
      <w:r>
        <w:br/>
        <w:br/>
      </w:r>
    </w:p>
    <w:p>
      <w:pPr/>
      <w:r>
        <w:t>Preferred Contact Method:</w:t>
      </w:r>
    </w:p>
    <w:p>
      <w:r>
        <w:br/>
        <w:br/>
      </w:r>
    </w:p>
    <w:p>
      <w:pPr>
        <w:pStyle w:val="Heading2"/>
      </w:pPr>
      <w:r>
        <w:t>Dog Information</w:t>
      </w:r>
    </w:p>
    <w:p>
      <w:pPr/>
      <w:r>
        <w:t>Dog’s Name:</w:t>
      </w:r>
    </w:p>
    <w:p>
      <w:r>
        <w:br/>
        <w:br/>
      </w:r>
    </w:p>
    <w:p>
      <w:pPr/>
      <w:r>
        <w:t>Dog’s Age:</w:t>
      </w:r>
    </w:p>
    <w:p>
      <w:r>
        <w:br/>
        <w:br/>
      </w:r>
    </w:p>
    <w:p>
      <w:pPr/>
      <w:r>
        <w:t>Breed / Type:</w:t>
      </w:r>
    </w:p>
    <w:p>
      <w:r>
        <w:br/>
        <w:br/>
      </w:r>
    </w:p>
    <w:p>
      <w:pPr/>
      <w:r>
        <w:t>Is your dog a rescue?</w:t>
      </w:r>
    </w:p>
    <w:p>
      <w:r>
        <w:br/>
        <w:br/>
      </w:r>
    </w:p>
    <w:p>
      <w:pPr/>
      <w:r>
        <w:t>How long have you had your dog?</w:t>
      </w:r>
    </w:p>
    <w:p>
      <w:r>
        <w:br/>
        <w:br/>
      </w:r>
    </w:p>
    <w:p>
      <w:pPr>
        <w:pStyle w:val="Heading2"/>
      </w:pPr>
      <w:r>
        <w:t>Current Situation</w:t>
      </w:r>
    </w:p>
    <w:p>
      <w:pPr/>
      <w:r>
        <w:t>What is the main issue you need support with?</w:t>
      </w:r>
    </w:p>
    <w:p>
      <w:r>
        <w:br/>
        <w:br/>
      </w:r>
    </w:p>
    <w:p>
      <w:pPr/>
      <w:r>
        <w:t>How serious does the current situation feel?</w:t>
      </w:r>
    </w:p>
    <w:p>
      <w:r>
        <w:br/>
        <w:br/>
      </w:r>
    </w:p>
    <w:p>
      <w:pPr/>
      <w:r>
        <w:t>Please briefly describe what is happening:</w:t>
      </w:r>
    </w:p>
    <w:p>
      <w:r>
        <w:br/>
        <w:br/>
      </w:r>
    </w:p>
    <w:p>
      <w:pPr>
        <w:pStyle w:val="Heading2"/>
      </w:pPr>
      <w:r>
        <w:t>Welfare Risk</w:t>
      </w:r>
    </w:p>
    <w:p>
      <w:pPr/>
      <w:r>
        <w:t>Are any of these currently happening? (walks stopped, avoiding outside, high stress, overwhelm, considering rehoming, escalating behaviour, injury risk, unsafe management)</w:t>
      </w:r>
    </w:p>
    <w:p>
      <w:r>
        <w:br/>
        <w:br/>
      </w:r>
    </w:p>
    <w:p>
      <w:pPr/>
      <w:r>
        <w:t>What does crisis look like for you right now?</w:t>
      </w:r>
    </w:p>
    <w:p>
      <w:r>
        <w:br/>
        <w:br/>
      </w:r>
    </w:p>
    <w:p>
      <w:pPr>
        <w:pStyle w:val="Heading2"/>
      </w:pPr>
      <w:r>
        <w:t>Access Barriers</w:t>
      </w:r>
    </w:p>
    <w:p>
      <w:pPr/>
      <w:r>
        <w:t>What is the main barrier affecting access to training?</w:t>
      </w:r>
    </w:p>
    <w:p>
      <w:r>
        <w:br/>
        <w:br/>
      </w:r>
    </w:p>
    <w:p>
      <w:pPr/>
      <w:r>
        <w:t>Are you currently receiving benefits or financial support?</w:t>
      </w:r>
    </w:p>
    <w:p>
      <w:r>
        <w:br/>
        <w:br/>
      </w:r>
    </w:p>
    <w:p>
      <w:pPr>
        <w:pStyle w:val="Heading2"/>
      </w:pPr>
      <w:r>
        <w:t>Safety &amp; Suitability</w:t>
      </w:r>
    </w:p>
    <w:p>
      <w:pPr/>
      <w:r>
        <w:t>Has your dog bitten a person or another dog?</w:t>
      </w:r>
    </w:p>
    <w:p>
      <w:r>
        <w:br/>
        <w:br/>
      </w:r>
    </w:p>
    <w:p>
      <w:pPr/>
      <w:r>
        <w:t>If yes, please explain:</w:t>
      </w:r>
    </w:p>
    <w:p>
      <w:r>
        <w:br/>
        <w:br/>
      </w:r>
    </w:p>
    <w:p>
      <w:pPr/>
      <w:r>
        <w:t>Has your dog caused injury requiring medical or veterinary treatment?</w:t>
      </w:r>
    </w:p>
    <w:p>
      <w:r>
        <w:br/>
        <w:br/>
      </w:r>
    </w:p>
    <w:p>
      <w:pPr/>
      <w:r>
        <w:t>Is there currently any immediate safety risk at home or outside?</w:t>
      </w:r>
    </w:p>
    <w:p>
      <w:r>
        <w:br/>
        <w:br/>
      </w:r>
    </w:p>
    <w:p>
      <w:pPr>
        <w:pStyle w:val="Heading2"/>
      </w:pPr>
      <w:r>
        <w:t>Prevention Value</w:t>
      </w:r>
    </w:p>
    <w:p>
      <w:pPr/>
      <w:r>
        <w:t>What are you most worried will happen if things do not improve?</w:t>
      </w:r>
    </w:p>
    <w:p>
      <w:r>
        <w:br/>
        <w:br/>
      </w:r>
    </w:p>
    <w:p>
      <w:pPr>
        <w:pStyle w:val="Heading2"/>
      </w:pPr>
      <w:r>
        <w:t>Readiness</w:t>
      </w:r>
    </w:p>
    <w:p>
      <w:pPr/>
      <w:r>
        <w:t>Are you able to attend sessions and follow a training plan?</w:t>
      </w:r>
    </w:p>
    <w:p>
      <w:r>
        <w:br/>
        <w:br/>
      </w:r>
    </w:p>
    <w:p>
      <w:pPr/>
      <w:r>
        <w:t>What type of support do you think would help most?</w:t>
      </w:r>
    </w:p>
    <w:p>
      <w:r>
        <w:br/>
        <w:br/>
      </w:r>
    </w:p>
    <w:p>
      <w:pPr>
        <w:pStyle w:val="Heading2"/>
      </w:pPr>
      <w:r>
        <w:t>Additional Information</w:t>
      </w:r>
    </w:p>
    <w:p>
      <w:pPr/>
      <w:r>
        <w:t>Anything else you would like us to know?</w:t>
      </w:r>
    </w:p>
    <w:p>
      <w:r>
        <w:br/>
        <w:br/>
      </w:r>
    </w:p>
    <w:p>
      <w:pPr>
        <w:pStyle w:val="Heading2"/>
      </w:pPr>
      <w:r>
        <w:t>Agreement</w:t>
      </w:r>
    </w:p>
    <w:p>
      <w:pPr>
        <w:pStyle w:val="ListBullet"/>
      </w:pPr>
      <w:r>
        <w:t>I understand Community Support spaces are limited and submitting this form does not guarantee support.</w:t>
      </w:r>
    </w:p>
    <w:p>
      <w:pPr>
        <w:pStyle w:val="ListBullet"/>
      </w:pPr>
      <w:r>
        <w:t>I understand Good Owners Dog Training may refer me elsewhere if my case is outside safe working limits.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